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9C77" w14:textId="77777777" w:rsidR="003D6A59" w:rsidRDefault="004D09F7">
      <w:pPr>
        <w:spacing w:after="40"/>
        <w:jc w:val="center"/>
        <w:rPr>
          <w:lang w:eastAsia="ja-JP"/>
        </w:rPr>
      </w:pPr>
      <w:r>
        <w:rPr>
          <w:b/>
          <w:color w:val="1F4E78"/>
          <w:sz w:val="32"/>
          <w:lang w:eastAsia="ja-JP"/>
        </w:rPr>
        <w:t>外用薬　準備資料チェックリスト</w:t>
      </w:r>
    </w:p>
    <w:p w14:paraId="25047B11" w14:textId="77777777" w:rsidR="003D6A59" w:rsidRPr="0054374A" w:rsidRDefault="004D09F7">
      <w:pPr>
        <w:spacing w:after="100"/>
        <w:jc w:val="center"/>
        <w:rPr>
          <w:szCs w:val="18"/>
          <w:lang w:eastAsia="ja-JP"/>
        </w:rPr>
      </w:pPr>
      <w:r w:rsidRPr="0054374A">
        <w:rPr>
          <w:color w:val="000000"/>
          <w:szCs w:val="18"/>
          <w:lang w:eastAsia="ja-JP"/>
        </w:rPr>
        <w:t>各項目を確認し、本チェックリストを事前提出資料とともに提出してください。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333"/>
      </w:tblGrid>
      <w:tr w:rsidR="003D6A59" w:rsidRPr="0054374A" w14:paraId="5E88D988" w14:textId="77777777">
        <w:trPr>
          <w:jc w:val="center"/>
        </w:trPr>
        <w:tc>
          <w:tcPr>
            <w:tcW w:w="198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F1FBFD" w14:textId="77777777" w:rsidR="003D6A59" w:rsidRPr="0054374A" w:rsidRDefault="004D09F7">
            <w:pPr>
              <w:rPr>
                <w:szCs w:val="18"/>
              </w:rPr>
            </w:pPr>
            <w:proofErr w:type="spellStart"/>
            <w:r w:rsidRPr="0054374A">
              <w:rPr>
                <w:b/>
                <w:color w:val="000000"/>
                <w:szCs w:val="18"/>
              </w:rPr>
              <w:t>薬剤名</w:t>
            </w:r>
            <w:proofErr w:type="spellEnd"/>
          </w:p>
        </w:tc>
        <w:tc>
          <w:tcPr>
            <w:tcW w:w="83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5CF752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:rsidRPr="0054374A" w14:paraId="47350EF5" w14:textId="77777777">
        <w:trPr>
          <w:jc w:val="center"/>
        </w:trPr>
        <w:tc>
          <w:tcPr>
            <w:tcW w:w="198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0E20F4" w14:textId="77777777" w:rsidR="003D6A59" w:rsidRPr="0054374A" w:rsidRDefault="004D09F7">
            <w:pPr>
              <w:rPr>
                <w:szCs w:val="18"/>
              </w:rPr>
            </w:pPr>
            <w:r w:rsidRPr="0054374A">
              <w:rPr>
                <w:b/>
                <w:color w:val="000000"/>
                <w:szCs w:val="18"/>
              </w:rPr>
              <w:t>メーカー名</w:t>
            </w:r>
          </w:p>
        </w:tc>
        <w:tc>
          <w:tcPr>
            <w:tcW w:w="83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1315B9" w14:textId="77777777" w:rsidR="003D6A59" w:rsidRPr="0054374A" w:rsidRDefault="003D6A59">
            <w:pPr>
              <w:rPr>
                <w:szCs w:val="18"/>
              </w:rPr>
            </w:pPr>
          </w:p>
        </w:tc>
      </w:tr>
    </w:tbl>
    <w:p w14:paraId="598BA20C" w14:textId="77777777" w:rsidR="003D6A59" w:rsidRDefault="003D6A59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6"/>
        <w:gridCol w:w="227"/>
        <w:gridCol w:w="906"/>
        <w:gridCol w:w="1133"/>
        <w:gridCol w:w="1475"/>
      </w:tblGrid>
      <w:tr w:rsidR="003D6A59" w14:paraId="013430D9" w14:textId="77777777" w:rsidTr="00854605">
        <w:trPr>
          <w:jc w:val="center"/>
        </w:trPr>
        <w:tc>
          <w:tcPr>
            <w:tcW w:w="680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D4866A" w14:textId="77777777" w:rsidR="003D6A59" w:rsidRDefault="004D09F7">
            <w:pPr>
              <w:rPr>
                <w:lang w:eastAsia="ja-JP"/>
              </w:rPr>
            </w:pP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>1</w:t>
            </w: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 xml:space="preserve">　事前提出資料の内容を確認</w:t>
            </w:r>
          </w:p>
        </w:tc>
        <w:tc>
          <w:tcPr>
            <w:tcW w:w="3514" w:type="dxa"/>
            <w:gridSpan w:val="3"/>
            <w:tcBorders>
              <w:top w:val="single" w:sz="6" w:space="0" w:color="9AA7B2"/>
              <w:left w:val="nil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358B77" w14:textId="77777777" w:rsidR="003D6A59" w:rsidRDefault="004D09F7">
            <w:pPr>
              <w:jc w:val="right"/>
              <w:rPr>
                <w:lang w:eastAsia="ja-JP"/>
              </w:rPr>
            </w:pPr>
            <w:r w:rsidRPr="0054374A">
              <w:rPr>
                <w:color w:val="FFFFFF"/>
                <w:sz w:val="16"/>
                <w:szCs w:val="24"/>
                <w:lang w:eastAsia="ja-JP"/>
              </w:rPr>
              <w:t>提出期限を確認してください</w:t>
            </w:r>
          </w:p>
        </w:tc>
      </w:tr>
      <w:tr w:rsidR="003D6A59" w14:paraId="0D9E884C" w14:textId="77777777">
        <w:trPr>
          <w:tblHeader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42956D" w14:textId="77777777" w:rsidR="003D6A59" w:rsidRPr="0054374A" w:rsidRDefault="004D09F7">
            <w:pPr>
              <w:jc w:val="center"/>
              <w:rPr>
                <w:szCs w:val="18"/>
              </w:rPr>
            </w:pPr>
            <w:proofErr w:type="spellStart"/>
            <w:r w:rsidRPr="0054374A">
              <w:rPr>
                <w:b/>
                <w:color w:val="FFFFFF"/>
                <w:szCs w:val="18"/>
              </w:rPr>
              <w:t>資料名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76B50F6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準備済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B0DD4EA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作成なし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AE166A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備考</w:t>
            </w:r>
          </w:p>
        </w:tc>
      </w:tr>
      <w:tr w:rsidR="003D6A59" w14:paraId="60CF3FE5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DF9065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ヒアリング実施品目概要および準備資料チェックリスト（本書）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B342CA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1"/>
                <w:id w:val="10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161FE4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D245DF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177BF43E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323C3" w14:textId="77777777" w:rsidR="003D6A59" w:rsidRPr="0054374A" w:rsidRDefault="004D09F7">
            <w:pPr>
              <w:rPr>
                <w:szCs w:val="18"/>
              </w:rPr>
            </w:pPr>
            <w:proofErr w:type="gramStart"/>
            <w:r w:rsidRPr="0054374A">
              <w:rPr>
                <w:color w:val="000000"/>
                <w:szCs w:val="18"/>
              </w:rPr>
              <w:t>添付文書</w:t>
            </w:r>
            <w:r w:rsidRPr="0054374A">
              <w:rPr>
                <w:b/>
                <w:color w:val="C00000"/>
                <w:szCs w:val="18"/>
              </w:rPr>
              <w:t xml:space="preserve">  </w:t>
            </w:r>
            <w:r w:rsidRPr="0054374A">
              <w:rPr>
                <w:b/>
                <w:color w:val="C00000"/>
                <w:szCs w:val="18"/>
              </w:rPr>
              <w:t>必須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40FB514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2"/>
                <w:id w:val="1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A26D72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4D9C90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51D69073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559D48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インタビューフォーム（担当者氏名・連絡先・薬価を記載）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7F93D2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3"/>
                <w:id w:val="1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D56AFC4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A1A8D4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38071CBA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7077E6" w14:textId="77777777" w:rsidR="003D6A59" w:rsidRPr="0054374A" w:rsidRDefault="004D09F7">
            <w:pPr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製品情報概要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B49085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4"/>
                <w:id w:val="10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18E941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5"/>
                <w:id w:val="10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B91929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041EA6D4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E5D574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「使用上の注意」の解説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3A7A5D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6"/>
                <w:id w:val="1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75169B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7"/>
                <w:id w:val="10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F10376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0AF78FB0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F2C824" w14:textId="77777777" w:rsidR="003D6A59" w:rsidRPr="0054374A" w:rsidRDefault="004D09F7">
            <w:pPr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適正使用ガイド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F4DE9A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8"/>
                <w:id w:val="10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0C8566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09"/>
                <w:id w:val="1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667086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6151A2A8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4FFF98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患者向け説明用パンフレット（患者向け資材）および医療者用資材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0D4DF3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0"/>
                <w:id w:val="10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74340D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1"/>
                <w:id w:val="10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FDA939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47ECB72C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D9F4A8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上記以外で作成している</w:t>
            </w:r>
            <w:r w:rsidRPr="0054374A">
              <w:rPr>
                <w:color w:val="000000"/>
                <w:szCs w:val="18"/>
                <w:lang w:eastAsia="ja-JP"/>
              </w:rPr>
              <w:t>RMP</w:t>
            </w:r>
            <w:r w:rsidRPr="0054374A">
              <w:rPr>
                <w:color w:val="000000"/>
                <w:szCs w:val="18"/>
                <w:lang w:eastAsia="ja-JP"/>
              </w:rPr>
              <w:t>資材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B8B7A8B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2"/>
                <w:id w:val="1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E8F21A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3"/>
                <w:id w:val="1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9C8D7D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2F85671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3BE6C1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以下の項目を</w:t>
            </w:r>
            <w:r w:rsidRPr="0054374A">
              <w:rPr>
                <w:color w:val="000000"/>
                <w:szCs w:val="18"/>
                <w:lang w:eastAsia="ja-JP"/>
              </w:rPr>
              <w:t>A4</w:t>
            </w:r>
            <w:r w:rsidRPr="0054374A">
              <w:rPr>
                <w:color w:val="000000"/>
                <w:szCs w:val="18"/>
                <w:lang w:eastAsia="ja-JP"/>
              </w:rPr>
              <w:t>用紙にワード等でまとめた情報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1056CD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4"/>
                <w:id w:val="10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DEC466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21534D" w14:textId="77777777" w:rsidR="003D6A59" w:rsidRPr="0054374A" w:rsidRDefault="003D6A59">
            <w:pPr>
              <w:rPr>
                <w:szCs w:val="18"/>
              </w:rPr>
            </w:pPr>
          </w:p>
        </w:tc>
      </w:tr>
    </w:tbl>
    <w:p w14:paraId="2BCFFCED" w14:textId="77777777" w:rsidR="003D6A59" w:rsidRPr="0054374A" w:rsidRDefault="004D09F7">
      <w:pPr>
        <w:spacing w:after="40"/>
        <w:rPr>
          <w:color w:val="000000"/>
          <w:sz w:val="16"/>
          <w:szCs w:val="24"/>
          <w:lang w:eastAsia="ja-JP"/>
        </w:rPr>
      </w:pPr>
      <w:r w:rsidRPr="0054374A">
        <w:rPr>
          <w:color w:val="000000"/>
          <w:sz w:val="16"/>
          <w:szCs w:val="24"/>
          <w:lang w:eastAsia="ja-JP"/>
        </w:rPr>
        <w:t>資料がある場合は「準備済」、作成していない場合は「作成なし」にチェックしてください。必須資料は「作成なし」を選択できません。</w:t>
      </w:r>
    </w:p>
    <w:p w14:paraId="1A5A5FC8" w14:textId="77777777" w:rsidR="0054374A" w:rsidRDefault="0054374A">
      <w:pPr>
        <w:spacing w:after="40"/>
        <w:rPr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0"/>
        <w:gridCol w:w="1418"/>
      </w:tblGrid>
      <w:tr w:rsidR="003D6A59" w14:paraId="1C7A00F2" w14:textId="77777777">
        <w:trPr>
          <w:jc w:val="center"/>
        </w:trPr>
        <w:tc>
          <w:tcPr>
            <w:tcW w:w="10318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26CC57" w14:textId="77777777" w:rsidR="003D6A59" w:rsidRDefault="004D09F7">
            <w:pPr>
              <w:rPr>
                <w:lang w:eastAsia="ja-JP"/>
              </w:rPr>
            </w:pP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>2</w:t>
            </w: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 xml:space="preserve">　事前提出資料の提出形態・部数を確認</w:t>
            </w:r>
          </w:p>
        </w:tc>
      </w:tr>
      <w:tr w:rsidR="003D6A59" w14:paraId="590C8CE1" w14:textId="77777777" w:rsidTr="00854605">
        <w:trPr>
          <w:tblHeader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830781" w14:textId="77777777" w:rsidR="003D6A59" w:rsidRPr="0054374A" w:rsidRDefault="004D09F7">
            <w:pPr>
              <w:jc w:val="center"/>
              <w:rPr>
                <w:szCs w:val="18"/>
              </w:rPr>
            </w:pPr>
            <w:proofErr w:type="spellStart"/>
            <w:r w:rsidRPr="0054374A">
              <w:rPr>
                <w:b/>
                <w:color w:val="FFFFFF"/>
                <w:szCs w:val="18"/>
              </w:rPr>
              <w:t>確認内容</w:t>
            </w:r>
            <w:proofErr w:type="spellEnd"/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0C38D32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準備済</w:t>
            </w:r>
          </w:p>
        </w:tc>
      </w:tr>
      <w:tr w:rsidR="00854605" w14:paraId="3F229D78" w14:textId="77777777" w:rsidTr="00854605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858C26" w14:textId="26328082" w:rsidR="00854605" w:rsidRPr="00985F22" w:rsidRDefault="00854605" w:rsidP="00854605">
            <w:pPr>
              <w:rPr>
                <w:szCs w:val="18"/>
                <w:lang w:eastAsia="ja-JP"/>
              </w:rPr>
            </w:pPr>
            <w:r w:rsidRPr="00985F22">
              <w:rPr>
                <w:color w:val="000000"/>
                <w:szCs w:val="18"/>
                <w:lang w:eastAsia="ja-JP"/>
              </w:rPr>
              <w:t>上記資料をA4ポケットクリアファイルにセットし、表紙・背表紙に薬剤名ラベルを貼付したもの：</w:t>
            </w:r>
            <w:r w:rsidRPr="00985F22">
              <w:rPr>
                <w:b/>
                <w:bCs/>
                <w:color w:val="000000"/>
                <w:szCs w:val="18"/>
                <w:lang w:eastAsia="ja-JP"/>
              </w:rPr>
              <w:t>1部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5E63AD" w14:textId="04BE8AF4" w:rsidR="00854605" w:rsidRPr="0054374A" w:rsidRDefault="004D09F7" w:rsidP="00854605">
            <w:pPr>
              <w:jc w:val="center"/>
              <w:rPr>
                <w:szCs w:val="18"/>
              </w:rPr>
            </w:pPr>
            <w:sdt>
              <w:sdtPr>
                <w:rPr>
                  <w:rFonts w:ascii="游明朝" w:eastAsia="游明朝" w:hAnsi="游明朝"/>
                  <w:szCs w:val="18"/>
                </w:rPr>
                <w:id w:val="-19859156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4605" w:rsidRPr="0054374A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</w:tr>
      <w:tr w:rsidR="00854605" w14:paraId="54812883" w14:textId="77777777" w:rsidTr="00854605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0EC337" w14:textId="79FC0D2B" w:rsidR="00854605" w:rsidRPr="00985F22" w:rsidRDefault="00854605" w:rsidP="00854605">
            <w:pPr>
              <w:rPr>
                <w:color w:val="000000"/>
                <w:szCs w:val="18"/>
                <w:lang w:eastAsia="ja-JP"/>
              </w:rPr>
            </w:pPr>
            <w:r w:rsidRPr="00985F22">
              <w:rPr>
                <w:color w:val="000000"/>
                <w:szCs w:val="18"/>
                <w:lang w:eastAsia="ja-JP"/>
              </w:rPr>
              <w:t>A4用紙にまとめた情報を、別途メールで送付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E63C4C8" w14:textId="559213D2" w:rsidR="00854605" w:rsidRPr="0054374A" w:rsidRDefault="004D09F7" w:rsidP="00854605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sdt>
              <w:sdtPr>
                <w:rPr>
                  <w:rFonts w:ascii="游明朝" w:eastAsia="游明朝" w:hAnsi="游明朝"/>
                  <w:szCs w:val="18"/>
                </w:rPr>
                <w:id w:val="4945316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4605" w:rsidRPr="0054374A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</w:tr>
      <w:tr w:rsidR="00854605" w14:paraId="48E85211" w14:textId="77777777" w:rsidTr="00854605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E1BB78" w14:textId="13A13770" w:rsidR="00854605" w:rsidRPr="00985F22" w:rsidRDefault="00854605" w:rsidP="00854605">
            <w:pPr>
              <w:rPr>
                <w:color w:val="000000"/>
                <w:szCs w:val="18"/>
                <w:lang w:eastAsia="ja-JP"/>
              </w:rPr>
            </w:pPr>
            <w:r w:rsidRPr="00985F22">
              <w:rPr>
                <w:color w:val="000000"/>
                <w:szCs w:val="18"/>
                <w:lang w:eastAsia="ja-JP"/>
              </w:rPr>
              <w:t>添付文書とインタビューフォームを各1部ずつクリアファイル等にまとめたもの：</w:t>
            </w:r>
            <w:r w:rsidRPr="00985F22">
              <w:rPr>
                <w:b/>
                <w:bCs/>
                <w:color w:val="000000"/>
                <w:szCs w:val="18"/>
                <w:lang w:eastAsia="ja-JP"/>
              </w:rPr>
              <w:t>4部</w:t>
            </w:r>
          </w:p>
        </w:tc>
        <w:tc>
          <w:tcPr>
            <w:tcW w:w="1418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E1E3AD" w14:textId="2AD86E53" w:rsidR="00854605" w:rsidRPr="0054374A" w:rsidRDefault="004D09F7" w:rsidP="00854605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sdt>
              <w:sdtPr>
                <w:rPr>
                  <w:rFonts w:ascii="游明朝" w:eastAsia="游明朝" w:hAnsi="游明朝"/>
                  <w:szCs w:val="18"/>
                </w:rPr>
                <w:id w:val="14457399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4605" w:rsidRPr="0054374A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</w:p>
        </w:tc>
      </w:tr>
    </w:tbl>
    <w:p w14:paraId="2DFFD239" w14:textId="77777777" w:rsidR="003D6A59" w:rsidRDefault="003D6A59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0"/>
        <w:gridCol w:w="1418"/>
      </w:tblGrid>
      <w:tr w:rsidR="003D6A59" w14:paraId="43EDB8D9" w14:textId="77777777">
        <w:trPr>
          <w:jc w:val="center"/>
        </w:trPr>
        <w:tc>
          <w:tcPr>
            <w:tcW w:w="10318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308F13" w14:textId="77777777" w:rsidR="003D6A59" w:rsidRDefault="004D09F7">
            <w:pPr>
              <w:rPr>
                <w:lang w:eastAsia="ja-JP"/>
              </w:rPr>
            </w:pP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>3</w:t>
            </w: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 xml:space="preserve">　当日までに準備する資料を確認</w:t>
            </w:r>
          </w:p>
        </w:tc>
      </w:tr>
      <w:tr w:rsidR="003D6A59" w14:paraId="1FEBCC05" w14:textId="77777777">
        <w:trPr>
          <w:tblHeader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D93AB8" w14:textId="77777777" w:rsidR="003D6A59" w:rsidRPr="0054374A" w:rsidRDefault="004D09F7">
            <w:pPr>
              <w:jc w:val="center"/>
              <w:rPr>
                <w:szCs w:val="18"/>
              </w:rPr>
            </w:pPr>
            <w:proofErr w:type="spellStart"/>
            <w:r w:rsidRPr="0054374A">
              <w:rPr>
                <w:b/>
                <w:color w:val="FFFFFF"/>
                <w:szCs w:val="18"/>
              </w:rPr>
              <w:t>資料名</w:t>
            </w:r>
            <w:proofErr w:type="spellEnd"/>
          </w:p>
        </w:tc>
        <w:tc>
          <w:tcPr>
            <w:tcW w:w="1417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AE6F2C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準備済</w:t>
            </w:r>
          </w:p>
        </w:tc>
      </w:tr>
      <w:tr w:rsidR="003D6A59" w14:paraId="0213FF31" w14:textId="77777777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FE97E9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当日のスライドレジメ：</w:t>
            </w:r>
            <w:r w:rsidRPr="0054374A">
              <w:rPr>
                <w:color w:val="000000"/>
                <w:szCs w:val="18"/>
                <w:lang w:eastAsia="ja-JP"/>
              </w:rPr>
              <w:t>5</w:t>
            </w:r>
            <w:r w:rsidRPr="0054374A">
              <w:rPr>
                <w:color w:val="000000"/>
                <w:szCs w:val="18"/>
                <w:lang w:eastAsia="ja-JP"/>
              </w:rPr>
              <w:t>部</w:t>
            </w:r>
          </w:p>
        </w:tc>
        <w:tc>
          <w:tcPr>
            <w:tcW w:w="1417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16930C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6"/>
                <w:id w:val="10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</w:tr>
      <w:tr w:rsidR="003D6A59" w14:paraId="672BD6AE" w14:textId="77777777">
        <w:trPr>
          <w:cantSplit/>
          <w:jc w:val="center"/>
        </w:trPr>
        <w:tc>
          <w:tcPr>
            <w:tcW w:w="8900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31A762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製剤見本：最低</w:t>
            </w:r>
            <w:r w:rsidRPr="0054374A">
              <w:rPr>
                <w:color w:val="000000"/>
                <w:szCs w:val="18"/>
                <w:lang w:eastAsia="ja-JP"/>
              </w:rPr>
              <w:t>1</w:t>
            </w:r>
            <w:r w:rsidRPr="0054374A">
              <w:rPr>
                <w:color w:val="000000"/>
                <w:szCs w:val="18"/>
                <w:lang w:eastAsia="ja-JP"/>
              </w:rPr>
              <w:t>製品（作成していない場合は製剤写真）</w:t>
            </w:r>
          </w:p>
        </w:tc>
        <w:tc>
          <w:tcPr>
            <w:tcW w:w="1417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EF375E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7"/>
                <w:id w:val="10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</w:tr>
    </w:tbl>
    <w:p w14:paraId="17D7C0A2" w14:textId="77777777" w:rsidR="003D6A59" w:rsidRDefault="004D09F7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6"/>
        <w:gridCol w:w="227"/>
        <w:gridCol w:w="906"/>
        <w:gridCol w:w="1133"/>
        <w:gridCol w:w="1475"/>
      </w:tblGrid>
      <w:tr w:rsidR="003D6A59" w:rsidRPr="0054374A" w14:paraId="1896F541" w14:textId="77777777" w:rsidTr="00854605">
        <w:trPr>
          <w:jc w:val="center"/>
        </w:trPr>
        <w:tc>
          <w:tcPr>
            <w:tcW w:w="680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05BE26" w14:textId="77777777" w:rsidR="003D6A59" w:rsidRDefault="004D09F7">
            <w:pPr>
              <w:rPr>
                <w:lang w:eastAsia="ja-JP"/>
              </w:rPr>
            </w:pP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lastRenderedPageBreak/>
              <w:t>4</w:t>
            </w: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 xml:space="preserve">　</w:t>
            </w: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>A4</w:t>
            </w:r>
            <w:r w:rsidRPr="0054374A">
              <w:rPr>
                <w:b/>
                <w:color w:val="FFFFFF"/>
                <w:sz w:val="22"/>
                <w:szCs w:val="24"/>
                <w:lang w:eastAsia="ja-JP"/>
              </w:rPr>
              <w:t>用紙にまとめる情報の内容を確認</w:t>
            </w:r>
          </w:p>
        </w:tc>
        <w:tc>
          <w:tcPr>
            <w:tcW w:w="3514" w:type="dxa"/>
            <w:gridSpan w:val="3"/>
            <w:tcBorders>
              <w:top w:val="single" w:sz="6" w:space="0" w:color="9AA7B2"/>
              <w:left w:val="nil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5C9398" w14:textId="77777777" w:rsidR="003D6A59" w:rsidRPr="0054374A" w:rsidRDefault="004D09F7">
            <w:pPr>
              <w:jc w:val="right"/>
              <w:rPr>
                <w:sz w:val="16"/>
                <w:szCs w:val="16"/>
                <w:lang w:eastAsia="ja-JP"/>
              </w:rPr>
            </w:pPr>
            <w:r w:rsidRPr="0054374A">
              <w:rPr>
                <w:color w:val="FFFFFF"/>
                <w:sz w:val="16"/>
                <w:szCs w:val="16"/>
                <w:lang w:eastAsia="ja-JP"/>
              </w:rPr>
              <w:t>各項目の記載状況を確認してください</w:t>
            </w:r>
          </w:p>
        </w:tc>
      </w:tr>
      <w:tr w:rsidR="003D6A59" w14:paraId="3494A94F" w14:textId="77777777">
        <w:trPr>
          <w:tblHeader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4B7994" w14:textId="77777777" w:rsidR="003D6A59" w:rsidRPr="0054374A" w:rsidRDefault="004D09F7">
            <w:pPr>
              <w:jc w:val="center"/>
              <w:rPr>
                <w:szCs w:val="18"/>
              </w:rPr>
            </w:pPr>
            <w:proofErr w:type="spellStart"/>
            <w:r w:rsidRPr="0054374A">
              <w:rPr>
                <w:b/>
                <w:color w:val="FFFFFF"/>
                <w:szCs w:val="18"/>
              </w:rPr>
              <w:t>確認項目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842118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記載済</w:t>
            </w:r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BF67925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該当せず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1F4E7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928211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b/>
                <w:color w:val="FFFFFF"/>
                <w:szCs w:val="18"/>
              </w:rPr>
              <w:t>備考</w:t>
            </w:r>
          </w:p>
        </w:tc>
      </w:tr>
      <w:tr w:rsidR="003D6A59" w14:paraId="08B7711C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62FFB17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用法・用量の設定理由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C06E75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8"/>
                <w:id w:val="1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5A54D3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74DFB7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6BB6C01F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07AFBF1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重大な副作用の症例、死亡例の有無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200BF2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19"/>
                <w:id w:val="1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76E9A8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EE8D7D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78940E1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F56756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相互作用の詳細、添付文書への記載の有無とその根拠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8A34AB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0"/>
                <w:id w:val="10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136993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C603FE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3E4FCFDF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ECD0D5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肝機能障害患者における投与方法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1464CE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1"/>
                <w:id w:val="10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6BFC1D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B3D719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48AE5297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6E6662C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腎機能障害患者における投与方法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EA5664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2"/>
                <w:id w:val="1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00FAD7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A3F301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390DCA00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A353E7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高齢者における投与方法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D6B816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3"/>
                <w:id w:val="10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60DE6F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423C3D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1B77F702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10B33AC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妊婦・授乳婦における投与方法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CA26E1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4"/>
                <w:id w:val="1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422D9A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0DC38B4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4D280704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4BC23F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小児における投与方法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67CAE8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5"/>
                <w:id w:val="1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E00A89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0104F6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055CA544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A20065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添付文書に記載されていない添加物（溶解補助剤等を含む）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F5D14C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6"/>
                <w:id w:val="1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96B29B4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2B90BE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37B7649C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3CC5D1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オーファン指定の有無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7DD1E6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7"/>
                <w:id w:val="10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EA1868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B71BEF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12DCFEAE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9B84C6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全例調査など市販後調査の有無（実施する場合は具体的内容）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6415A14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8"/>
                <w:id w:val="10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2962F1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C5A1CD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1AF3DCEA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231E72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卸制限、購入時制限の有無</w:t>
            </w:r>
            <w:r w:rsidRPr="0054374A">
              <w:rPr>
                <w:b/>
                <w:color w:val="C00000"/>
                <w:szCs w:val="18"/>
                <w:lang w:eastAsia="ja-JP"/>
              </w:rPr>
              <w:t xml:space="preserve">  </w:t>
            </w:r>
            <w:r w:rsidRPr="0054374A">
              <w:rPr>
                <w:b/>
                <w:color w:val="C00000"/>
                <w:szCs w:val="18"/>
                <w:lang w:eastAsia="ja-JP"/>
              </w:rPr>
              <w:t>必須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53CEF6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29"/>
                <w:id w:val="1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B377B25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7C3B18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003C55F0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6EC4A4" w14:textId="38251EDC" w:rsidR="003D6A59" w:rsidRPr="0054374A" w:rsidRDefault="004D09F7">
            <w:pPr>
              <w:rPr>
                <w:szCs w:val="18"/>
              </w:rPr>
            </w:pPr>
            <w:proofErr w:type="spellStart"/>
            <w:r w:rsidRPr="0054374A">
              <w:rPr>
                <w:color w:val="000000"/>
                <w:szCs w:val="18"/>
              </w:rPr>
              <w:t>処方医・薬剤師の制限の有無（</w:t>
            </w:r>
            <w:r w:rsidRPr="0054374A">
              <w:rPr>
                <w:color w:val="000000"/>
                <w:szCs w:val="18"/>
              </w:rPr>
              <w:t>e-Learning</w:t>
            </w:r>
            <w:r w:rsidRPr="0054374A">
              <w:rPr>
                <w:color w:val="000000"/>
                <w:szCs w:val="18"/>
              </w:rPr>
              <w:t>の必要性等</w:t>
            </w:r>
            <w:proofErr w:type="spellEnd"/>
            <w:r w:rsidRPr="0054374A">
              <w:rPr>
                <w:color w:val="000000"/>
                <w:szCs w:val="18"/>
              </w:rPr>
              <w:t>）</w:t>
            </w:r>
            <w:r w:rsidRPr="0054374A">
              <w:rPr>
                <w:b/>
                <w:color w:val="C00000"/>
                <w:szCs w:val="18"/>
              </w:rPr>
              <w:t xml:space="preserve"> </w:t>
            </w:r>
            <w:proofErr w:type="spellStart"/>
            <w:r w:rsidRPr="0054374A">
              <w:rPr>
                <w:b/>
                <w:color w:val="C00000"/>
                <w:szCs w:val="18"/>
              </w:rPr>
              <w:t>必須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7A93ED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0"/>
                <w:id w:val="10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89EED3" w14:textId="77777777" w:rsidR="003D6A59" w:rsidRPr="0054374A" w:rsidRDefault="004D09F7">
            <w:pPr>
              <w:jc w:val="center"/>
              <w:rPr>
                <w:szCs w:val="18"/>
              </w:rPr>
            </w:pPr>
            <w:r w:rsidRPr="0054374A">
              <w:rPr>
                <w:color w:val="000000"/>
                <w:szCs w:val="18"/>
              </w:rPr>
              <w:t>—</w:t>
            </w:r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9BD4B8" w14:textId="77777777" w:rsidR="003D6A59" w:rsidRPr="0054374A" w:rsidRDefault="003D6A59">
            <w:pPr>
              <w:rPr>
                <w:szCs w:val="18"/>
              </w:rPr>
            </w:pPr>
          </w:p>
        </w:tc>
      </w:tr>
      <w:tr w:rsidR="003D6A59" w14:paraId="3C36E86D" w14:textId="77777777">
        <w:trPr>
          <w:cantSplit/>
          <w:jc w:val="center"/>
        </w:trPr>
        <w:tc>
          <w:tcPr>
            <w:tcW w:w="6576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5B9896B" w14:textId="77777777" w:rsidR="003D6A59" w:rsidRPr="0054374A" w:rsidRDefault="004D09F7">
            <w:pPr>
              <w:rPr>
                <w:szCs w:val="18"/>
                <w:lang w:eastAsia="ja-JP"/>
              </w:rPr>
            </w:pPr>
            <w:r w:rsidRPr="0054374A">
              <w:rPr>
                <w:color w:val="000000"/>
                <w:szCs w:val="18"/>
                <w:lang w:eastAsia="ja-JP"/>
              </w:rPr>
              <w:t>誤飲など、想定される誤使用時の処置法</w:t>
            </w:r>
          </w:p>
        </w:tc>
        <w:tc>
          <w:tcPr>
            <w:tcW w:w="1133" w:type="dxa"/>
            <w:gridSpan w:val="2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D98E4F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1"/>
                <w:id w:val="10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355D05" w14:textId="77777777" w:rsidR="003D6A59" w:rsidRPr="0054374A" w:rsidRDefault="004D09F7">
            <w:pPr>
              <w:jc w:val="center"/>
              <w:rPr>
                <w:szCs w:val="18"/>
              </w:rPr>
            </w:pPr>
            <w:sdt>
              <w:sdtPr>
                <w:rPr>
                  <w:szCs w:val="18"/>
                </w:rPr>
                <w:alias w:val="チェックボックス"/>
                <w:tag w:val="check_1032"/>
                <w:id w:val="10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54374A">
                  <w:rPr>
                    <w:rFonts w:ascii="ＭＳ ゴシック" w:eastAsia="ＭＳ ゴシック"/>
                    <w:szCs w:val="18"/>
                  </w:rPr>
                  <w:t>☐</w:t>
                </w:r>
              </w:sdtContent>
            </w:sdt>
          </w:p>
        </w:tc>
        <w:tc>
          <w:tcPr>
            <w:tcW w:w="1474" w:type="dxa"/>
            <w:tcBorders>
              <w:top w:val="single" w:sz="6" w:space="0" w:color="9AA7B2"/>
              <w:left w:val="single" w:sz="6" w:space="0" w:color="9AA7B2"/>
              <w:bottom w:val="single" w:sz="6" w:space="0" w:color="9AA7B2"/>
              <w:right w:val="single" w:sz="6" w:space="0" w:color="9AA7B2"/>
            </w:tcBorders>
            <w:shd w:val="clear" w:color="auto" w:fill="FAFCFD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3E4702" w14:textId="77777777" w:rsidR="003D6A59" w:rsidRPr="0054374A" w:rsidRDefault="003D6A59">
            <w:pPr>
              <w:rPr>
                <w:szCs w:val="18"/>
              </w:rPr>
            </w:pPr>
          </w:p>
        </w:tc>
      </w:tr>
    </w:tbl>
    <w:p w14:paraId="217F6921" w14:textId="77777777" w:rsidR="003D6A59" w:rsidRPr="0054374A" w:rsidRDefault="004D09F7">
      <w:pPr>
        <w:rPr>
          <w:sz w:val="20"/>
          <w:szCs w:val="24"/>
          <w:lang w:eastAsia="ja-JP"/>
        </w:rPr>
      </w:pPr>
      <w:r w:rsidRPr="0054374A">
        <w:rPr>
          <w:color w:val="000000"/>
          <w:sz w:val="16"/>
          <w:szCs w:val="24"/>
          <w:lang w:eastAsia="ja-JP"/>
        </w:rPr>
        <w:t>必須の項目は全薬剤が対象、そうでないものは該当する薬剤が対象です。</w:t>
      </w:r>
    </w:p>
    <w:sectPr w:rsidR="003D6A59" w:rsidRPr="0054374A" w:rsidSect="00034616">
      <w:headerReference w:type="default" r:id="rId8"/>
      <w:footerReference w:type="default" r:id="rId9"/>
      <w:pgSz w:w="11906" w:h="16838"/>
      <w:pgMar w:top="624" w:right="794" w:bottom="624" w:left="794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81B4" w14:textId="77777777" w:rsidR="004D09F7" w:rsidRDefault="004D09F7">
      <w:r>
        <w:separator/>
      </w:r>
    </w:p>
  </w:endnote>
  <w:endnote w:type="continuationSeparator" w:id="0">
    <w:p w14:paraId="424640E2" w14:textId="77777777" w:rsidR="004D09F7" w:rsidRDefault="004D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29AB" w14:textId="77777777" w:rsidR="003D6A59" w:rsidRDefault="004D09F7">
    <w:pPr>
      <w:pStyle w:val="a7"/>
      <w:jc w:val="right"/>
      <w:rPr>
        <w:lang w:eastAsia="ja-JP"/>
      </w:rPr>
    </w:pPr>
    <w:r>
      <w:rPr>
        <w:color w:val="000000"/>
        <w:sz w:val="15"/>
        <w:lang w:eastAsia="ja-JP"/>
      </w:rPr>
      <w:t>【外用薬】準備資料チェックリスト（様式</w:t>
    </w:r>
    <w:r>
      <w:rPr>
        <w:color w:val="000000"/>
        <w:sz w:val="15"/>
        <w:lang w:eastAsia="ja-JP"/>
      </w:rPr>
      <w:t>2</w:t>
    </w:r>
    <w:r>
      <w:rPr>
        <w:color w:val="000000"/>
        <w:sz w:val="15"/>
        <w:lang w:eastAsia="ja-JP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6BD95" w14:textId="77777777" w:rsidR="004D09F7" w:rsidRDefault="004D09F7">
      <w:r>
        <w:separator/>
      </w:r>
    </w:p>
  </w:footnote>
  <w:footnote w:type="continuationSeparator" w:id="0">
    <w:p w14:paraId="4A751F75" w14:textId="77777777" w:rsidR="004D09F7" w:rsidRDefault="004D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DAC1" w14:textId="77777777" w:rsidR="003D6A59" w:rsidRDefault="004D09F7">
    <w:pPr>
      <w:pStyle w:val="a5"/>
    </w:pPr>
    <w:r>
      <w:rPr>
        <w:color w:val="000000"/>
        <w:sz w:val="16"/>
      </w:rPr>
      <w:t>様式</w:t>
    </w:r>
    <w:r>
      <w:rPr>
        <w:color w:val="000000"/>
        <w:sz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0379823">
    <w:abstractNumId w:val="8"/>
  </w:num>
  <w:num w:numId="2" w16cid:durableId="311908803">
    <w:abstractNumId w:val="6"/>
  </w:num>
  <w:num w:numId="3" w16cid:durableId="981230323">
    <w:abstractNumId w:val="5"/>
  </w:num>
  <w:num w:numId="4" w16cid:durableId="201947688">
    <w:abstractNumId w:val="4"/>
  </w:num>
  <w:num w:numId="5" w16cid:durableId="175005750">
    <w:abstractNumId w:val="7"/>
  </w:num>
  <w:num w:numId="6" w16cid:durableId="1583635176">
    <w:abstractNumId w:val="3"/>
  </w:num>
  <w:num w:numId="7" w16cid:durableId="391317502">
    <w:abstractNumId w:val="2"/>
  </w:num>
  <w:num w:numId="8" w16cid:durableId="602416141">
    <w:abstractNumId w:val="1"/>
  </w:num>
  <w:num w:numId="9" w16cid:durableId="40180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F1B"/>
    <w:rsid w:val="0015074B"/>
    <w:rsid w:val="0029639D"/>
    <w:rsid w:val="00326F90"/>
    <w:rsid w:val="003D6A59"/>
    <w:rsid w:val="004D09F7"/>
    <w:rsid w:val="0054374A"/>
    <w:rsid w:val="00781039"/>
    <w:rsid w:val="00854605"/>
    <w:rsid w:val="00985F2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41FF3"/>
  <w14:defaultImageDpi w14:val="300"/>
  <w15:docId w15:val="{CDE830B8-B36E-4D71-8B05-39FE7956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游ゴシック" w:eastAsia="游ゴシック" w:hAnsi="游ゴシック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【外用薬】準備資料チェックリスト（様式2）</dc:title>
  <dc:subject/>
  <dc:creator>python-docx</dc:creator>
  <cp:keywords/>
  <dc:description>generated by python-docx</dc:description>
  <cp:lastModifiedBy>松尾　純</cp:lastModifiedBy>
  <cp:revision>4</cp:revision>
  <cp:lastPrinted>2026-09-07T02:20:00Z</cp:lastPrinted>
  <dcterms:created xsi:type="dcterms:W3CDTF">2013-12-23T23:15:00Z</dcterms:created>
  <dcterms:modified xsi:type="dcterms:W3CDTF">2026-09-07T05:30:00Z</dcterms:modified>
  <cp:category/>
</cp:coreProperties>
</file>