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149CC" w14:textId="417B2AAD" w:rsidR="009216CF" w:rsidRPr="001A7815" w:rsidRDefault="00D20334">
      <w:pPr>
        <w:spacing w:after="40"/>
        <w:jc w:val="center"/>
        <w:rPr>
          <w:b/>
          <w:lang w:eastAsia="ja-JP"/>
        </w:rPr>
      </w:pPr>
      <w:r w:rsidRPr="001A7815">
        <w:rPr>
          <w:b/>
          <w:color w:val="1F4E78"/>
          <w:sz w:val="32"/>
          <w:lang w:eastAsia="ja-JP"/>
        </w:rPr>
        <w:t>内服薬　準備資料チェックリスト</w:t>
      </w:r>
    </w:p>
    <w:p w14:paraId="0D990A21" w14:textId="77777777" w:rsidR="009216CF" w:rsidRPr="001A7815" w:rsidRDefault="00D20334">
      <w:pPr>
        <w:spacing w:after="100"/>
        <w:jc w:val="center"/>
        <w:rPr>
          <w:szCs w:val="18"/>
          <w:lang w:eastAsia="ja-JP"/>
        </w:rPr>
      </w:pPr>
      <w:r w:rsidRPr="001A7815">
        <w:rPr>
          <w:szCs w:val="18"/>
          <w:lang w:eastAsia="ja-JP"/>
        </w:rPr>
        <w:t>各項目を確認し、本チェックリストを事前提出資料とともに提出してください。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25"/>
        <w:gridCol w:w="7891"/>
      </w:tblGrid>
      <w:tr w:rsidR="00D65FF1" w:rsidRPr="001A7815" w14:paraId="5969C645" w14:textId="77777777" w:rsidTr="001A7815">
        <w:trPr>
          <w:trHeight w:val="300"/>
        </w:trPr>
        <w:tc>
          <w:tcPr>
            <w:tcW w:w="252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264092" w14:textId="77777777" w:rsidR="00D65FF1" w:rsidRPr="001A7815" w:rsidRDefault="00D65FF1">
            <w:pPr>
              <w:rPr>
                <w:szCs w:val="18"/>
              </w:rPr>
            </w:pPr>
            <w:proofErr w:type="spellStart"/>
            <w:r w:rsidRPr="001A7815">
              <w:rPr>
                <w:b/>
                <w:color w:val="000000"/>
                <w:szCs w:val="18"/>
              </w:rPr>
              <w:t>薬剤名</w:t>
            </w:r>
            <w:proofErr w:type="spellEnd"/>
          </w:p>
        </w:tc>
        <w:tc>
          <w:tcPr>
            <w:tcW w:w="7891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520765E" w14:textId="48114A46" w:rsidR="00D65FF1" w:rsidRPr="001A7815" w:rsidRDefault="00D65FF1">
            <w:pPr>
              <w:rPr>
                <w:szCs w:val="18"/>
                <w:lang w:eastAsia="ja-JP"/>
              </w:rPr>
            </w:pPr>
          </w:p>
        </w:tc>
      </w:tr>
      <w:tr w:rsidR="00D65FF1" w:rsidRPr="001A7815" w14:paraId="7CFF9E3D" w14:textId="77777777" w:rsidTr="001A7815">
        <w:trPr>
          <w:trHeight w:val="290"/>
        </w:trPr>
        <w:tc>
          <w:tcPr>
            <w:tcW w:w="252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E821E7" w14:textId="0279DCC7" w:rsidR="00D65FF1" w:rsidRPr="001A7815" w:rsidRDefault="00D65FF1">
            <w:pPr>
              <w:rPr>
                <w:szCs w:val="18"/>
                <w:lang w:eastAsia="ja-JP"/>
              </w:rPr>
            </w:pPr>
            <w:r w:rsidRPr="001A7815">
              <w:rPr>
                <w:rFonts w:hint="eastAsia"/>
                <w:b/>
                <w:color w:val="000000"/>
                <w:szCs w:val="18"/>
                <w:lang w:eastAsia="ja-JP"/>
              </w:rPr>
              <w:t>メーカー名</w:t>
            </w:r>
          </w:p>
        </w:tc>
        <w:tc>
          <w:tcPr>
            <w:tcW w:w="7891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DFEA4A9" w14:textId="575B7E41" w:rsidR="00D65FF1" w:rsidRPr="001A7815" w:rsidRDefault="00D65FF1">
            <w:pPr>
              <w:rPr>
                <w:szCs w:val="18"/>
                <w:lang w:eastAsia="ja-JP"/>
              </w:rPr>
            </w:pPr>
          </w:p>
        </w:tc>
      </w:tr>
    </w:tbl>
    <w:p w14:paraId="756688DC" w14:textId="77777777" w:rsidR="009216CF" w:rsidRPr="001A7815" w:rsidRDefault="009216CF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21"/>
        <w:gridCol w:w="55"/>
        <w:gridCol w:w="1133"/>
        <w:gridCol w:w="1133"/>
        <w:gridCol w:w="1475"/>
      </w:tblGrid>
      <w:tr w:rsidR="009216CF" w:rsidRPr="001A7815" w14:paraId="50409D32" w14:textId="77777777" w:rsidTr="001A7815">
        <w:trPr>
          <w:jc w:val="center"/>
        </w:trPr>
        <w:tc>
          <w:tcPr>
            <w:tcW w:w="6521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99D661E" w14:textId="6A6A3200" w:rsidR="009216CF" w:rsidRPr="001A7815" w:rsidRDefault="00D65FF1">
            <w:pPr>
              <w:rPr>
                <w:lang w:eastAsia="ja-JP"/>
              </w:rPr>
            </w:pPr>
            <w:r w:rsidRPr="001A7815">
              <w:rPr>
                <w:rFonts w:hint="eastAsia"/>
                <w:b/>
                <w:color w:val="FFFFFF"/>
                <w:sz w:val="22"/>
                <w:lang w:eastAsia="ja-JP"/>
              </w:rPr>
              <w:t>1　事前提出資料の内容を確認</w:t>
            </w:r>
          </w:p>
        </w:tc>
        <w:tc>
          <w:tcPr>
            <w:tcW w:w="3796" w:type="dxa"/>
            <w:gridSpan w:val="4"/>
            <w:tcBorders>
              <w:top w:val="single" w:sz="6" w:space="0" w:color="9AA7B2"/>
              <w:left w:val="nil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6637307" w14:textId="77777777" w:rsidR="009216CF" w:rsidRPr="001A7815" w:rsidRDefault="00D20334">
            <w:pPr>
              <w:jc w:val="right"/>
              <w:rPr>
                <w:lang w:eastAsia="ja-JP"/>
              </w:rPr>
            </w:pPr>
            <w:r w:rsidRPr="001A7815">
              <w:rPr>
                <w:color w:val="FFFFFF"/>
                <w:sz w:val="16"/>
                <w:lang w:eastAsia="ja-JP"/>
              </w:rPr>
              <w:t>提出期限を確認してください</w:t>
            </w:r>
          </w:p>
        </w:tc>
      </w:tr>
      <w:tr w:rsidR="009216CF" w:rsidRPr="001A7815" w14:paraId="4CE3FCF1" w14:textId="77777777" w:rsidTr="00D65FF1">
        <w:trPr>
          <w:tblHeader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9DB7635" w14:textId="77777777" w:rsidR="009216CF" w:rsidRPr="001A7815" w:rsidRDefault="00D20334">
            <w:pPr>
              <w:jc w:val="center"/>
              <w:rPr>
                <w:szCs w:val="24"/>
              </w:rPr>
            </w:pPr>
            <w:proofErr w:type="spellStart"/>
            <w:r w:rsidRPr="001A7815">
              <w:rPr>
                <w:b/>
                <w:color w:val="FFFFFF"/>
                <w:szCs w:val="24"/>
              </w:rPr>
              <w:t>資料名</w:t>
            </w:r>
            <w:proofErr w:type="spellEnd"/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352B06F" w14:textId="77777777" w:rsidR="009216CF" w:rsidRPr="001A7815" w:rsidRDefault="00D20334">
            <w:pPr>
              <w:jc w:val="center"/>
              <w:rPr>
                <w:szCs w:val="24"/>
              </w:rPr>
            </w:pPr>
            <w:r w:rsidRPr="001A7815">
              <w:rPr>
                <w:b/>
                <w:color w:val="FFFFFF"/>
                <w:szCs w:val="24"/>
              </w:rPr>
              <w:t>準備済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64782B8" w14:textId="77777777" w:rsidR="009216CF" w:rsidRPr="001A7815" w:rsidRDefault="00D20334">
            <w:pPr>
              <w:jc w:val="center"/>
              <w:rPr>
                <w:szCs w:val="24"/>
              </w:rPr>
            </w:pPr>
            <w:r w:rsidRPr="001A7815">
              <w:rPr>
                <w:b/>
                <w:color w:val="FFFFFF"/>
                <w:szCs w:val="24"/>
              </w:rPr>
              <w:t>作成なし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6E9201" w14:textId="77777777" w:rsidR="009216CF" w:rsidRPr="001A7815" w:rsidRDefault="00D20334">
            <w:pPr>
              <w:jc w:val="center"/>
              <w:rPr>
                <w:szCs w:val="24"/>
              </w:rPr>
            </w:pPr>
            <w:r w:rsidRPr="001A7815">
              <w:rPr>
                <w:b/>
                <w:color w:val="FFFFFF"/>
                <w:szCs w:val="24"/>
              </w:rPr>
              <w:t>備考</w:t>
            </w:r>
          </w:p>
        </w:tc>
      </w:tr>
      <w:tr w:rsidR="009216CF" w:rsidRPr="001A7815" w14:paraId="189E3494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16B7574" w14:textId="77777777" w:rsidR="009216CF" w:rsidRPr="001A7815" w:rsidRDefault="00D20334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ヒアリング実施品目概要および準備資料チェックリスト（本書）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1A7815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85BD0D" w14:textId="74B578F7" w:rsidR="009216CF" w:rsidRPr="001A7815" w:rsidRDefault="00D20334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13844028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815" w:rsidRPr="001A7815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FB29ABB" w14:textId="77777777" w:rsidR="009216CF" w:rsidRPr="001A7815" w:rsidRDefault="00D20334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1E6A6EA" w14:textId="77777777" w:rsidR="009216CF" w:rsidRPr="001A7815" w:rsidRDefault="009216CF">
            <w:pPr>
              <w:rPr>
                <w:szCs w:val="18"/>
              </w:rPr>
            </w:pPr>
          </w:p>
        </w:tc>
      </w:tr>
      <w:tr w:rsidR="000F4C27" w:rsidRPr="001A7815" w14:paraId="774F0C3B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53D5E1" w14:textId="77777777" w:rsidR="000F4C27" w:rsidRPr="001A7815" w:rsidRDefault="000F4C27" w:rsidP="000F4C27">
            <w:pPr>
              <w:rPr>
                <w:szCs w:val="18"/>
              </w:rPr>
            </w:pPr>
            <w:proofErr w:type="spellStart"/>
            <w:proofErr w:type="gramStart"/>
            <w:r w:rsidRPr="001A7815">
              <w:rPr>
                <w:color w:val="000000"/>
                <w:szCs w:val="18"/>
              </w:rPr>
              <w:t>添付文書</w:t>
            </w:r>
            <w:proofErr w:type="spellEnd"/>
            <w:r w:rsidRPr="001A7815">
              <w:rPr>
                <w:b/>
                <w:color w:val="C00000"/>
                <w:szCs w:val="18"/>
              </w:rPr>
              <w:t xml:space="preserve">  </w:t>
            </w:r>
            <w:proofErr w:type="spellStart"/>
            <w:r w:rsidRPr="001A7815">
              <w:rPr>
                <w:b/>
                <w:color w:val="C00000"/>
                <w:szCs w:val="18"/>
              </w:rPr>
              <w:t>必須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340D07D" w14:textId="06F28BA3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2574895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88B0448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3012D3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4AE7C57D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951CA2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インタビューフォーム（担当者氏名・連絡先・薬価を記載）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9784D97" w14:textId="3612E839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8546457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45726D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43678A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404C1D51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8903AA1" w14:textId="77777777" w:rsidR="000F4C27" w:rsidRPr="001A7815" w:rsidRDefault="000F4C27" w:rsidP="000F4C27">
            <w:pPr>
              <w:rPr>
                <w:szCs w:val="18"/>
              </w:rPr>
            </w:pPr>
            <w:proofErr w:type="spellStart"/>
            <w:r w:rsidRPr="001A7815">
              <w:rPr>
                <w:color w:val="000000"/>
                <w:szCs w:val="18"/>
              </w:rPr>
              <w:t>製品情報概要</w:t>
            </w:r>
            <w:proofErr w:type="spellEnd"/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02613C0" w14:textId="1D7E0F76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12800711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FD05763" w14:textId="08EBD3BF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20763459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6B53201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1180433E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0D74CF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「使用上の注意」の解説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646EE81" w14:textId="6396AD4D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5618441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A38CBBE" w14:textId="24C7FF66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17775881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FECFBB0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6E096538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0A04CC3" w14:textId="77777777" w:rsidR="000F4C27" w:rsidRPr="001A7815" w:rsidRDefault="000F4C27" w:rsidP="000F4C27">
            <w:pPr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適正使用ガイド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0AD80E6" w14:textId="1544D7C7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4919188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B36C9E7" w14:textId="671D3DA2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21013253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EC79CC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47BEC9BB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97CF493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患者向け説明用パンフレット（患者向け資材）および医療者用資材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9BFA682" w14:textId="3AEE3709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8281855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863B3D9" w14:textId="0D52CF95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10410562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F777E2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36EC8578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D4DE059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上記以外で作成しているRMP資材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FA4B93C" w14:textId="38D149F0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20628558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D62F2DC" w14:textId="355FEB3B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5220203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80BC760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05DA5419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4048B65" w14:textId="45C4F907" w:rsidR="000F4C27" w:rsidRPr="001A7815" w:rsidRDefault="000F4C27" w:rsidP="000F4C27">
            <w:pPr>
              <w:rPr>
                <w:color w:val="000000"/>
                <w:szCs w:val="18"/>
                <w:lang w:eastAsia="ja-JP"/>
              </w:rPr>
            </w:pPr>
            <w:r w:rsidRPr="001A7815">
              <w:rPr>
                <w:rFonts w:hint="eastAsia"/>
                <w:color w:val="000000"/>
                <w:szCs w:val="18"/>
                <w:lang w:eastAsia="ja-JP"/>
              </w:rPr>
              <w:t>以下の項目をA4用紙にワード等でまとめた情報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D644BCD" w14:textId="62B63DD2" w:rsidR="000F4C27" w:rsidRPr="001A7815" w:rsidRDefault="00D20334" w:rsidP="000F4C27">
            <w:pPr>
              <w:jc w:val="center"/>
              <w:rPr>
                <w:color w:val="000000"/>
                <w:szCs w:val="18"/>
              </w:rPr>
            </w:pPr>
            <w:sdt>
              <w:sdtPr>
                <w:rPr>
                  <w:szCs w:val="18"/>
                </w:rPr>
                <w:id w:val="-7816464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BCD475" w14:textId="0FF4574B" w:rsidR="000F4C27" w:rsidRPr="001A7815" w:rsidRDefault="000F4C27" w:rsidP="000F4C27">
            <w:pPr>
              <w:jc w:val="center"/>
              <w:rPr>
                <w:color w:val="000000"/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62F764E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</w:tbl>
    <w:p w14:paraId="7E05CDD6" w14:textId="736BFFD1" w:rsidR="009216CF" w:rsidRPr="001A7815" w:rsidRDefault="00D20334">
      <w:pPr>
        <w:spacing w:after="40"/>
        <w:rPr>
          <w:sz w:val="16"/>
          <w:lang w:eastAsia="ja-JP"/>
        </w:rPr>
      </w:pPr>
      <w:r w:rsidRPr="001A7815">
        <w:rPr>
          <w:sz w:val="16"/>
          <w:lang w:eastAsia="ja-JP"/>
        </w:rPr>
        <w:t xml:space="preserve"> </w:t>
      </w:r>
      <w:r w:rsidRPr="001A7815">
        <w:rPr>
          <w:sz w:val="16"/>
          <w:lang w:eastAsia="ja-JP"/>
        </w:rPr>
        <w:t>資料がある場合は「準備済」、作成していない場合は「作成なし」にチェックしてください。必須資料は「作成なし」を選択できません。</w:t>
      </w:r>
    </w:p>
    <w:p w14:paraId="2B2EFBAF" w14:textId="77777777" w:rsidR="00D65FF1" w:rsidRPr="001A7815" w:rsidRDefault="00D65FF1">
      <w:pPr>
        <w:spacing w:after="40"/>
        <w:rPr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00"/>
        <w:gridCol w:w="1418"/>
      </w:tblGrid>
      <w:tr w:rsidR="009216CF" w:rsidRPr="001A7815" w14:paraId="55907F2E" w14:textId="77777777">
        <w:trPr>
          <w:jc w:val="center"/>
        </w:trPr>
        <w:tc>
          <w:tcPr>
            <w:tcW w:w="10318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B67417" w14:textId="0F201A2C" w:rsidR="009216CF" w:rsidRPr="001A7815" w:rsidRDefault="00D20334">
            <w:pPr>
              <w:rPr>
                <w:lang w:eastAsia="ja-JP"/>
              </w:rPr>
            </w:pPr>
            <w:r w:rsidRPr="001A7815">
              <w:rPr>
                <w:b/>
                <w:color w:val="FFFFFF"/>
                <w:sz w:val="22"/>
                <w:lang w:eastAsia="ja-JP"/>
              </w:rPr>
              <w:t>2</w:t>
            </w:r>
            <w:r w:rsidRPr="001A7815">
              <w:rPr>
                <w:b/>
                <w:color w:val="FFFFFF"/>
                <w:sz w:val="22"/>
                <w:lang w:eastAsia="ja-JP"/>
              </w:rPr>
              <w:t xml:space="preserve">　</w:t>
            </w:r>
            <w:r w:rsidR="00D65FF1" w:rsidRPr="001A7815">
              <w:rPr>
                <w:rFonts w:hint="eastAsia"/>
                <w:b/>
                <w:color w:val="FFFFFF"/>
                <w:sz w:val="22"/>
                <w:lang w:eastAsia="ja-JP"/>
              </w:rPr>
              <w:t>事前提出資料の</w:t>
            </w:r>
            <w:r w:rsidRPr="001A7815">
              <w:rPr>
                <w:b/>
                <w:color w:val="FFFFFF"/>
                <w:sz w:val="22"/>
                <w:lang w:eastAsia="ja-JP"/>
              </w:rPr>
              <w:t>提出形態・部数</w:t>
            </w:r>
            <w:r w:rsidR="00D65FF1" w:rsidRPr="001A7815">
              <w:rPr>
                <w:rFonts w:hint="eastAsia"/>
                <w:b/>
                <w:color w:val="FFFFFF"/>
                <w:sz w:val="22"/>
                <w:lang w:eastAsia="ja-JP"/>
              </w:rPr>
              <w:t>を確認</w:t>
            </w:r>
          </w:p>
        </w:tc>
      </w:tr>
      <w:tr w:rsidR="009216CF" w:rsidRPr="001A7815" w14:paraId="3E7B2521" w14:textId="77777777" w:rsidTr="000F4C27">
        <w:trPr>
          <w:tblHeader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6BE5F9" w14:textId="77777777" w:rsidR="009216CF" w:rsidRPr="001A7815" w:rsidRDefault="00D20334">
            <w:pPr>
              <w:jc w:val="center"/>
              <w:rPr>
                <w:szCs w:val="18"/>
              </w:rPr>
            </w:pPr>
            <w:proofErr w:type="spellStart"/>
            <w:r w:rsidRPr="001A7815">
              <w:rPr>
                <w:b/>
                <w:color w:val="FFFFFF"/>
                <w:szCs w:val="18"/>
              </w:rPr>
              <w:t>確認内容</w:t>
            </w:r>
            <w:proofErr w:type="spellEnd"/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D624843" w14:textId="77777777" w:rsidR="009216CF" w:rsidRPr="001A7815" w:rsidRDefault="00D20334">
            <w:pPr>
              <w:jc w:val="center"/>
              <w:rPr>
                <w:szCs w:val="18"/>
              </w:rPr>
            </w:pPr>
            <w:r w:rsidRPr="001A7815">
              <w:rPr>
                <w:b/>
                <w:color w:val="FFFFFF"/>
                <w:szCs w:val="18"/>
              </w:rPr>
              <w:t>準備済</w:t>
            </w:r>
          </w:p>
        </w:tc>
      </w:tr>
      <w:tr w:rsidR="000F4C27" w:rsidRPr="001A7815" w14:paraId="2C46BC05" w14:textId="77777777" w:rsidTr="000F4C27">
        <w:trPr>
          <w:cantSplit/>
          <w:trHeight w:val="397"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4C4752" w14:textId="77777777" w:rsidR="000F4C27" w:rsidRPr="008A0B30" w:rsidRDefault="000F4C27" w:rsidP="000F4C27">
            <w:pPr>
              <w:rPr>
                <w:szCs w:val="18"/>
                <w:lang w:eastAsia="ja-JP"/>
              </w:rPr>
            </w:pPr>
            <w:r w:rsidRPr="008A0B30">
              <w:rPr>
                <w:color w:val="000000"/>
                <w:szCs w:val="18"/>
                <w:lang w:eastAsia="ja-JP"/>
              </w:rPr>
              <w:t>上記資料をA4ポケットクリアファイルにセットし、表紙・背表紙に薬剤名ラベルを貼付したもの：</w:t>
            </w:r>
            <w:r w:rsidRPr="008A0B30">
              <w:rPr>
                <w:b/>
                <w:bCs/>
                <w:color w:val="000000"/>
                <w:szCs w:val="18"/>
                <w:lang w:eastAsia="ja-JP"/>
              </w:rPr>
              <w:t>1部</w:t>
            </w:r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A58D095" w14:textId="1201EA69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19859156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</w:tr>
      <w:tr w:rsidR="000F4C27" w:rsidRPr="001A7815" w14:paraId="55A08C2C" w14:textId="77777777" w:rsidTr="000F4C27">
        <w:trPr>
          <w:cantSplit/>
          <w:trHeight w:val="397"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0A7E821" w14:textId="77777777" w:rsidR="000F4C27" w:rsidRPr="008A0B30" w:rsidRDefault="000F4C27" w:rsidP="000F4C27">
            <w:pPr>
              <w:rPr>
                <w:szCs w:val="18"/>
                <w:lang w:eastAsia="ja-JP"/>
              </w:rPr>
            </w:pPr>
            <w:r w:rsidRPr="008A0B30">
              <w:rPr>
                <w:color w:val="000000"/>
                <w:szCs w:val="18"/>
                <w:lang w:eastAsia="ja-JP"/>
              </w:rPr>
              <w:t>A4用紙にまとめた情報を、別途メールで送付</w:t>
            </w:r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4810B70" w14:textId="694BA40E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4945316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</w:tr>
      <w:tr w:rsidR="000F4C27" w:rsidRPr="001A7815" w14:paraId="4AD19173" w14:textId="77777777" w:rsidTr="000F4C27">
        <w:trPr>
          <w:cantSplit/>
          <w:trHeight w:val="397"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B2E4E94" w14:textId="77777777" w:rsidR="000F4C27" w:rsidRPr="008A0B30" w:rsidRDefault="000F4C27" w:rsidP="000F4C27">
            <w:pPr>
              <w:rPr>
                <w:szCs w:val="18"/>
                <w:lang w:eastAsia="ja-JP"/>
              </w:rPr>
            </w:pPr>
            <w:r w:rsidRPr="008A0B30">
              <w:rPr>
                <w:color w:val="000000"/>
                <w:szCs w:val="18"/>
                <w:lang w:eastAsia="ja-JP"/>
              </w:rPr>
              <w:t>添付文書とインタビューフォームを各1部ずつクリアファイル等にまとめたもの：</w:t>
            </w:r>
            <w:r w:rsidRPr="008A0B30">
              <w:rPr>
                <w:b/>
                <w:bCs/>
                <w:color w:val="000000"/>
                <w:szCs w:val="18"/>
                <w:lang w:eastAsia="ja-JP"/>
              </w:rPr>
              <w:t>4部</w:t>
            </w:r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A892809" w14:textId="0A74A794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14457399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</w:tr>
    </w:tbl>
    <w:p w14:paraId="64C5BABF" w14:textId="77777777" w:rsidR="009216CF" w:rsidRPr="001A7815" w:rsidRDefault="009216CF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00"/>
        <w:gridCol w:w="1418"/>
      </w:tblGrid>
      <w:tr w:rsidR="009216CF" w:rsidRPr="001A7815" w14:paraId="04C9926A" w14:textId="77777777">
        <w:trPr>
          <w:jc w:val="center"/>
        </w:trPr>
        <w:tc>
          <w:tcPr>
            <w:tcW w:w="10318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9A26A7" w14:textId="0EF9FE2F" w:rsidR="009216CF" w:rsidRPr="001A7815" w:rsidRDefault="00D20334">
            <w:pPr>
              <w:rPr>
                <w:lang w:eastAsia="ja-JP"/>
              </w:rPr>
            </w:pPr>
            <w:r w:rsidRPr="001A7815">
              <w:rPr>
                <w:b/>
                <w:color w:val="FFFFFF"/>
                <w:sz w:val="22"/>
                <w:lang w:eastAsia="ja-JP"/>
              </w:rPr>
              <w:t>3</w:t>
            </w:r>
            <w:r w:rsidRPr="001A7815">
              <w:rPr>
                <w:b/>
                <w:color w:val="FFFFFF"/>
                <w:sz w:val="22"/>
                <w:lang w:eastAsia="ja-JP"/>
              </w:rPr>
              <w:t xml:space="preserve">　当日までに準備する資料</w:t>
            </w:r>
            <w:r w:rsidR="00D65FF1" w:rsidRPr="001A7815">
              <w:rPr>
                <w:rFonts w:hint="eastAsia"/>
                <w:b/>
                <w:color w:val="FFFFFF"/>
                <w:sz w:val="22"/>
                <w:lang w:eastAsia="ja-JP"/>
              </w:rPr>
              <w:t>を確認</w:t>
            </w:r>
          </w:p>
        </w:tc>
      </w:tr>
      <w:tr w:rsidR="009216CF" w:rsidRPr="001A7815" w14:paraId="16CFB81B" w14:textId="77777777" w:rsidTr="000F4C27">
        <w:trPr>
          <w:tblHeader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029365" w14:textId="77777777" w:rsidR="009216CF" w:rsidRPr="001A7815" w:rsidRDefault="00D20334">
            <w:pPr>
              <w:jc w:val="center"/>
              <w:rPr>
                <w:szCs w:val="18"/>
              </w:rPr>
            </w:pPr>
            <w:proofErr w:type="spellStart"/>
            <w:r w:rsidRPr="001A7815">
              <w:rPr>
                <w:b/>
                <w:color w:val="FFFFFF"/>
                <w:szCs w:val="18"/>
              </w:rPr>
              <w:t>資料名</w:t>
            </w:r>
            <w:proofErr w:type="spellEnd"/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DD6DF2" w14:textId="77777777" w:rsidR="009216CF" w:rsidRPr="001A7815" w:rsidRDefault="00D20334">
            <w:pPr>
              <w:jc w:val="center"/>
              <w:rPr>
                <w:szCs w:val="18"/>
              </w:rPr>
            </w:pPr>
            <w:r w:rsidRPr="001A7815">
              <w:rPr>
                <w:b/>
                <w:color w:val="FFFFFF"/>
                <w:szCs w:val="18"/>
              </w:rPr>
              <w:t>準備済</w:t>
            </w:r>
          </w:p>
        </w:tc>
      </w:tr>
      <w:tr w:rsidR="000F4C27" w:rsidRPr="001A7815" w14:paraId="77733904" w14:textId="77777777" w:rsidTr="000F4C27">
        <w:trPr>
          <w:cantSplit/>
          <w:trHeight w:val="397"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D69975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当日のスライドレジメ：5部</w:t>
            </w:r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8C9F970" w14:textId="34E68051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9165254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</w:tr>
      <w:tr w:rsidR="000F4C27" w:rsidRPr="001A7815" w14:paraId="6CE2E786" w14:textId="77777777" w:rsidTr="000F4C27">
        <w:trPr>
          <w:cantSplit/>
          <w:trHeight w:val="397"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A5F4E0F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製剤見本：最低1製品（作成していない場合は製剤写真）</w:t>
            </w:r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54255D0" w14:textId="259ACF5E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18758025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</w:tr>
    </w:tbl>
    <w:p w14:paraId="57D8ED26" w14:textId="77777777" w:rsidR="009216CF" w:rsidRPr="001A7815" w:rsidRDefault="00D20334">
      <w:r w:rsidRPr="001A7815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49"/>
        <w:gridCol w:w="227"/>
        <w:gridCol w:w="1133"/>
        <w:gridCol w:w="1133"/>
        <w:gridCol w:w="1475"/>
      </w:tblGrid>
      <w:tr w:rsidR="009216CF" w:rsidRPr="001A7815" w14:paraId="4A58E237" w14:textId="77777777" w:rsidTr="001A7815">
        <w:trPr>
          <w:jc w:val="center"/>
        </w:trPr>
        <w:tc>
          <w:tcPr>
            <w:tcW w:w="6349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80EB32E" w14:textId="32A62487" w:rsidR="009216CF" w:rsidRPr="001A7815" w:rsidRDefault="00D20334">
            <w:pPr>
              <w:rPr>
                <w:lang w:eastAsia="ja-JP"/>
              </w:rPr>
            </w:pPr>
            <w:r w:rsidRPr="001A7815">
              <w:rPr>
                <w:b/>
                <w:color w:val="FFFFFF"/>
                <w:sz w:val="22"/>
                <w:lang w:eastAsia="ja-JP"/>
              </w:rPr>
              <w:lastRenderedPageBreak/>
              <w:t>4</w:t>
            </w:r>
            <w:r w:rsidRPr="001A7815">
              <w:rPr>
                <w:b/>
                <w:color w:val="FFFFFF"/>
                <w:sz w:val="22"/>
                <w:lang w:eastAsia="ja-JP"/>
              </w:rPr>
              <w:t xml:space="preserve">　</w:t>
            </w:r>
            <w:r w:rsidRPr="001A7815">
              <w:rPr>
                <w:b/>
                <w:color w:val="FFFFFF"/>
                <w:sz w:val="22"/>
                <w:lang w:eastAsia="ja-JP"/>
              </w:rPr>
              <w:t>A4</w:t>
            </w:r>
            <w:r w:rsidRPr="001A7815">
              <w:rPr>
                <w:b/>
                <w:color w:val="FFFFFF"/>
                <w:sz w:val="22"/>
                <w:lang w:eastAsia="ja-JP"/>
              </w:rPr>
              <w:t>用紙にまとめる情報</w:t>
            </w:r>
            <w:r w:rsidR="00D65FF1" w:rsidRPr="001A7815">
              <w:rPr>
                <w:rFonts w:hint="eastAsia"/>
                <w:b/>
                <w:color w:val="FFFFFF"/>
                <w:sz w:val="22"/>
                <w:lang w:eastAsia="ja-JP"/>
              </w:rPr>
              <w:t>の内容を確認</w:t>
            </w:r>
          </w:p>
        </w:tc>
        <w:tc>
          <w:tcPr>
            <w:tcW w:w="3968" w:type="dxa"/>
            <w:gridSpan w:val="4"/>
            <w:tcBorders>
              <w:top w:val="single" w:sz="6" w:space="0" w:color="9AA7B2"/>
              <w:left w:val="nil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6FCC687" w14:textId="77777777" w:rsidR="009216CF" w:rsidRPr="001A7815" w:rsidRDefault="00D20334">
            <w:pPr>
              <w:jc w:val="right"/>
              <w:rPr>
                <w:lang w:eastAsia="ja-JP"/>
              </w:rPr>
            </w:pPr>
            <w:r w:rsidRPr="001A7815">
              <w:rPr>
                <w:color w:val="FFFFFF"/>
                <w:sz w:val="16"/>
                <w:lang w:eastAsia="ja-JP"/>
              </w:rPr>
              <w:t>各項目の記載状況を確認してください</w:t>
            </w:r>
          </w:p>
        </w:tc>
      </w:tr>
      <w:tr w:rsidR="009216CF" w:rsidRPr="001A7815" w14:paraId="1953A507" w14:textId="77777777" w:rsidTr="00D65FF1">
        <w:trPr>
          <w:tblHeader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EB2229" w14:textId="77777777" w:rsidR="009216CF" w:rsidRPr="001A7815" w:rsidRDefault="00D20334">
            <w:pPr>
              <w:jc w:val="center"/>
              <w:rPr>
                <w:szCs w:val="18"/>
              </w:rPr>
            </w:pPr>
            <w:proofErr w:type="spellStart"/>
            <w:r w:rsidRPr="001A7815">
              <w:rPr>
                <w:b/>
                <w:color w:val="FFFFFF"/>
                <w:szCs w:val="18"/>
              </w:rPr>
              <w:t>確認項目</w:t>
            </w:r>
            <w:proofErr w:type="spellEnd"/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8A51FE" w14:textId="77777777" w:rsidR="009216CF" w:rsidRPr="001A7815" w:rsidRDefault="00D20334">
            <w:pPr>
              <w:jc w:val="center"/>
              <w:rPr>
                <w:szCs w:val="18"/>
              </w:rPr>
            </w:pPr>
            <w:r w:rsidRPr="001A7815">
              <w:rPr>
                <w:b/>
                <w:color w:val="FFFFFF"/>
                <w:szCs w:val="18"/>
              </w:rPr>
              <w:t>記載済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78419C" w14:textId="77777777" w:rsidR="009216CF" w:rsidRPr="001A7815" w:rsidRDefault="00D20334">
            <w:pPr>
              <w:jc w:val="center"/>
              <w:rPr>
                <w:szCs w:val="18"/>
              </w:rPr>
            </w:pPr>
            <w:r w:rsidRPr="001A7815">
              <w:rPr>
                <w:b/>
                <w:color w:val="FFFFFF"/>
                <w:szCs w:val="18"/>
              </w:rPr>
              <w:t>該当せず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79CA53" w14:textId="77777777" w:rsidR="009216CF" w:rsidRPr="001A7815" w:rsidRDefault="00D20334">
            <w:pPr>
              <w:jc w:val="center"/>
              <w:rPr>
                <w:szCs w:val="18"/>
              </w:rPr>
            </w:pPr>
            <w:r w:rsidRPr="001A7815">
              <w:rPr>
                <w:b/>
                <w:color w:val="FFFFFF"/>
                <w:szCs w:val="18"/>
              </w:rPr>
              <w:t>備考</w:t>
            </w:r>
          </w:p>
        </w:tc>
      </w:tr>
      <w:tr w:rsidR="000F4C27" w:rsidRPr="001A7815" w14:paraId="599E68DA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8EEACF9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用法・用量の設定理由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76EA579" w14:textId="1EEF74C4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9657426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815" w:rsidRPr="001A7815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ACEE4B5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28ADBF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1F5F9A73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2965B0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重大な副作用の症例、死亡例の有無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82ED965" w14:textId="1075468C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3328067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815" w:rsidRPr="001A7815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856C3F8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A8D77D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6DA3297B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B4DE8F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相互作用の詳細、添付文書への記載の有無とその根拠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2CAD0F2" w14:textId="5310DE4F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6401503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BE81D9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882292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3BBFB4C8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77B49D9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肝機能障害患者における投与方法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FCCCE8B" w14:textId="3804D59D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7607263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F1C73A1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18CA5C0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1FB79F59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872436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腎機能障害患者における投与方法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F85175E" w14:textId="4B858EAA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13704464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DE2C43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55129C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3CB574B0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268E768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高齢者における投与方法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D8264F5" w14:textId="01E8EF2E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16813886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E680596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7AB2BA0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2DD9AA65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84A5C6E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妊婦・授乳婦における投与方法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7C8AF4A" w14:textId="201964A5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6278209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8F9A716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C8BE4E9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5389A671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6A9FD0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小児における投与方法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F81AE1B" w14:textId="1633A5B3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6899152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00F67C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8FCC11F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7D3661E7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2C31145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添付文書に記載されていない添加物（溶解補助剤等を含む）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07A6432" w14:textId="01AED6AD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19504310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262D418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6F4EFF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1FD4CADD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A56CFE2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オーファン指定の有無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F71D968" w14:textId="43F1AA28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19740222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AE4F7C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2C26AF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2AC9D14D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77381B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全例調査など市販後調査の有無（実施する場合は具体的内容）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5B04A04" w14:textId="5383BFDE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19916953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71425A4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AF4C22B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027BB678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B6F3D1C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卸制限、購入時制限の有無</w:t>
            </w:r>
            <w:r w:rsidRPr="001A7815">
              <w:rPr>
                <w:b/>
                <w:color w:val="C00000"/>
                <w:szCs w:val="18"/>
                <w:lang w:eastAsia="ja-JP"/>
              </w:rPr>
              <w:t xml:space="preserve">  必須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5880F40" w14:textId="2C8BB5C8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15057856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BDC6F2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85EA56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780635A3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13C92C" w14:textId="77777777" w:rsidR="000F4C27" w:rsidRPr="001A7815" w:rsidRDefault="000F4C27" w:rsidP="000F4C27">
            <w:pPr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処方医・薬剤師の制限の有無（e-Learningの必要性等</w:t>
            </w:r>
            <w:proofErr w:type="gramStart"/>
            <w:r w:rsidRPr="001A7815">
              <w:rPr>
                <w:color w:val="000000"/>
                <w:szCs w:val="18"/>
              </w:rPr>
              <w:t>）</w:t>
            </w:r>
            <w:r w:rsidRPr="001A7815">
              <w:rPr>
                <w:b/>
                <w:color w:val="C00000"/>
                <w:szCs w:val="18"/>
              </w:rPr>
              <w:t xml:space="preserve">  必須</w:t>
            </w:r>
            <w:proofErr w:type="gramEnd"/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51983F1" w14:textId="31568847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4224162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815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E76EB3" w14:textId="77777777" w:rsidR="000F4C27" w:rsidRPr="001A7815" w:rsidRDefault="000F4C27" w:rsidP="000F4C27">
            <w:pPr>
              <w:jc w:val="center"/>
              <w:rPr>
                <w:szCs w:val="18"/>
              </w:rPr>
            </w:pPr>
            <w:r w:rsidRPr="001A7815">
              <w:rPr>
                <w:color w:val="000000"/>
                <w:szCs w:val="18"/>
              </w:rPr>
              <w:t>—</w:t>
            </w:r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8E7AB4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3A454D57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1449DC9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【内服薬全般】簡易懸濁・経管投与の可否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065ED54" w14:textId="4B9030E5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8180694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4E8A07" w14:textId="1662EF1C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4194534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D121890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631349EA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FB4D45B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【錠剤・カプセル剤】粉砕（脱カプセル）後の安定性・体内動態／不可の場合は理由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743610E" w14:textId="2AE2F370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8770021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EEF2030" w14:textId="0A9639BB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14717359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6B2C3EE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3A43CEE3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60788A5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【錠剤・カプセル剤】一包化の可否（無包装での安定性、分包試験結果）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A121EB3" w14:textId="5C8F4B01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9415329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4307D23" w14:textId="4664168B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-21024828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3D85D4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647CD7EA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64AF22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【錠剤・散剤】コーティングの有無と、ある場合はその理由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F9F8EEE" w14:textId="4BFE7969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9184439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73B29A9" w14:textId="3C5C0617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3848473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BA1323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  <w:tr w:rsidR="000F4C27" w:rsidRPr="001A7815" w14:paraId="55F4921B" w14:textId="77777777" w:rsidTr="000F4C27">
        <w:trPr>
          <w:cantSplit/>
          <w:trHeight w:val="397"/>
          <w:jc w:val="center"/>
        </w:trPr>
        <w:tc>
          <w:tcPr>
            <w:tcW w:w="6576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47420AC" w14:textId="77777777" w:rsidR="000F4C27" w:rsidRPr="001A7815" w:rsidRDefault="000F4C27" w:rsidP="000F4C27">
            <w:pPr>
              <w:rPr>
                <w:szCs w:val="18"/>
                <w:lang w:eastAsia="ja-JP"/>
              </w:rPr>
            </w:pPr>
            <w:r w:rsidRPr="001A7815">
              <w:rPr>
                <w:color w:val="000000"/>
                <w:szCs w:val="18"/>
                <w:lang w:eastAsia="ja-JP"/>
              </w:rPr>
              <w:t>【ドライシロップ剤・シロップ剤等の糖含有製剤】糖の含有量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6163935" w14:textId="058C91D2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17753573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D9D6E1C" w14:textId="138A2278" w:rsidR="000F4C27" w:rsidRPr="001A7815" w:rsidRDefault="00D20334" w:rsidP="000F4C2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id w:val="14747178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4C27" w:rsidRPr="001A7815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1475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96096E" w14:textId="77777777" w:rsidR="000F4C27" w:rsidRPr="001A7815" w:rsidRDefault="000F4C27" w:rsidP="000F4C27">
            <w:pPr>
              <w:rPr>
                <w:szCs w:val="18"/>
              </w:rPr>
            </w:pPr>
          </w:p>
        </w:tc>
      </w:tr>
    </w:tbl>
    <w:p w14:paraId="22960B26" w14:textId="6C143CAD" w:rsidR="003412FF" w:rsidRPr="001A7815" w:rsidRDefault="00D65FF1">
      <w:pPr>
        <w:rPr>
          <w:lang w:eastAsia="ja-JP"/>
        </w:rPr>
      </w:pPr>
      <w:r w:rsidRPr="001A7815">
        <w:rPr>
          <w:sz w:val="16"/>
          <w:lang w:eastAsia="ja-JP"/>
        </w:rPr>
        <w:t>必須</w:t>
      </w:r>
      <w:r w:rsidRPr="001A7815">
        <w:rPr>
          <w:rFonts w:hint="eastAsia"/>
          <w:sz w:val="16"/>
          <w:lang w:eastAsia="ja-JP"/>
        </w:rPr>
        <w:t>の項目は全薬剤が対象、そうでないものは【】内に該当する薬剤が対象です</w:t>
      </w:r>
      <w:r w:rsidRPr="001A7815">
        <w:rPr>
          <w:sz w:val="16"/>
          <w:lang w:eastAsia="ja-JP"/>
        </w:rPr>
        <w:t>。</w:t>
      </w:r>
    </w:p>
    <w:sectPr w:rsidR="003412FF" w:rsidRPr="001A7815" w:rsidSect="00034616">
      <w:headerReference w:type="default" r:id="rId8"/>
      <w:footerReference w:type="default" r:id="rId9"/>
      <w:pgSz w:w="11906" w:h="16838"/>
      <w:pgMar w:top="624" w:right="794" w:bottom="624" w:left="794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4E3D2" w14:textId="77777777" w:rsidR="00D20334" w:rsidRDefault="00D20334">
      <w:r>
        <w:separator/>
      </w:r>
    </w:p>
  </w:endnote>
  <w:endnote w:type="continuationSeparator" w:id="0">
    <w:p w14:paraId="3CABC1A0" w14:textId="77777777" w:rsidR="00D20334" w:rsidRDefault="00D2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80EC" w14:textId="77777777" w:rsidR="009216CF" w:rsidRPr="00123299" w:rsidRDefault="00D20334">
    <w:pPr>
      <w:pStyle w:val="a7"/>
      <w:jc w:val="right"/>
      <w:rPr>
        <w:lang w:eastAsia="ja-JP"/>
      </w:rPr>
    </w:pPr>
    <w:r w:rsidRPr="00123299">
      <w:rPr>
        <w:sz w:val="15"/>
        <w:lang w:eastAsia="ja-JP"/>
      </w:rPr>
      <w:t>【内服薬】準備資料チェックリスト（様式</w:t>
    </w:r>
    <w:r w:rsidRPr="00123299">
      <w:rPr>
        <w:sz w:val="15"/>
        <w:lang w:eastAsia="ja-JP"/>
      </w:rPr>
      <w:t>2</w:t>
    </w:r>
    <w:r w:rsidRPr="00123299">
      <w:rPr>
        <w:sz w:val="15"/>
        <w:lang w:eastAsia="ja-JP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B832C" w14:textId="77777777" w:rsidR="00D20334" w:rsidRDefault="00D20334">
      <w:r>
        <w:separator/>
      </w:r>
    </w:p>
  </w:footnote>
  <w:footnote w:type="continuationSeparator" w:id="0">
    <w:p w14:paraId="44F9C226" w14:textId="77777777" w:rsidR="00D20334" w:rsidRDefault="00D20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66593" w14:textId="13B2D203" w:rsidR="00D65FF1" w:rsidRPr="00123299" w:rsidRDefault="00D65FF1">
    <w:pPr>
      <w:pStyle w:val="a5"/>
      <w:rPr>
        <w:rFonts w:ascii="游明朝" w:eastAsia="游明朝" w:hAnsi="游明朝"/>
        <w:sz w:val="21"/>
        <w:szCs w:val="28"/>
        <w:lang w:eastAsia="ja-JP"/>
      </w:rPr>
    </w:pPr>
    <w:r w:rsidRPr="00123299">
      <w:rPr>
        <w:rFonts w:ascii="游明朝" w:eastAsia="游明朝" w:hAnsi="游明朝" w:hint="eastAsia"/>
        <w:sz w:val="21"/>
        <w:szCs w:val="28"/>
        <w:lang w:eastAsia="ja-JP"/>
      </w:rPr>
      <w:t>様式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8603533">
    <w:abstractNumId w:val="8"/>
  </w:num>
  <w:num w:numId="2" w16cid:durableId="1733650143">
    <w:abstractNumId w:val="6"/>
  </w:num>
  <w:num w:numId="3" w16cid:durableId="756949209">
    <w:abstractNumId w:val="5"/>
  </w:num>
  <w:num w:numId="4" w16cid:durableId="1733189827">
    <w:abstractNumId w:val="4"/>
  </w:num>
  <w:num w:numId="5" w16cid:durableId="281084148">
    <w:abstractNumId w:val="7"/>
  </w:num>
  <w:num w:numId="6" w16cid:durableId="1330913085">
    <w:abstractNumId w:val="3"/>
  </w:num>
  <w:num w:numId="7" w16cid:durableId="750201670">
    <w:abstractNumId w:val="2"/>
  </w:num>
  <w:num w:numId="8" w16cid:durableId="454058752">
    <w:abstractNumId w:val="1"/>
  </w:num>
  <w:num w:numId="9" w16cid:durableId="2101559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4C27"/>
    <w:rsid w:val="00123299"/>
    <w:rsid w:val="0015074B"/>
    <w:rsid w:val="001A7815"/>
    <w:rsid w:val="0029639D"/>
    <w:rsid w:val="00326F90"/>
    <w:rsid w:val="003412FF"/>
    <w:rsid w:val="006D704E"/>
    <w:rsid w:val="00781039"/>
    <w:rsid w:val="008A0B30"/>
    <w:rsid w:val="009216CF"/>
    <w:rsid w:val="00AA1D8D"/>
    <w:rsid w:val="00B47730"/>
    <w:rsid w:val="00CB0664"/>
    <w:rsid w:val="00D20334"/>
    <w:rsid w:val="00D65F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79D1DE"/>
  <w14:defaultImageDpi w14:val="300"/>
  <w15:docId w15:val="{CDE830B8-B36E-4D71-8B05-39FE7956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游ゴシック" w:eastAsia="游ゴシック" w:hAnsi="游ゴシック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【内服薬】準備資料チェックリスト（様式2）</vt:lpstr>
      <vt:lpstr/>
    </vt:vector>
  </TitlesOfParts>
  <Manager/>
  <Company/>
  <LinksUpToDate>false</LinksUpToDate>
  <CharactersWithSpaces>1356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【内服薬】準備資料チェックリスト（様式2）</dc:title>
  <dc:subject>医薬品メーカー提出資料確認用</dc:subject>
  <dc:creator>python-docx</dc:creator>
  <cp:keywords/>
  <dc:description>generated by python-docx</dc:description>
  <cp:lastModifiedBy>松尾　純</cp:lastModifiedBy>
  <cp:revision>5</cp:revision>
  <cp:lastPrinted>2026-09-07T02:31:00Z</cp:lastPrinted>
  <dcterms:created xsi:type="dcterms:W3CDTF">2013-12-23T23:15:00Z</dcterms:created>
  <dcterms:modified xsi:type="dcterms:W3CDTF">2026-09-07T05:30:00Z</dcterms:modified>
  <cp:category/>
</cp:coreProperties>
</file>